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E80CF" w14:textId="77777777" w:rsidR="00F46826" w:rsidRPr="00A857EC" w:rsidRDefault="00BE73FC">
      <w:pPr>
        <w:jc w:val="right"/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>ALLEGATO 1</w:t>
      </w:r>
    </w:p>
    <w:p w14:paraId="71F04735" w14:textId="77777777" w:rsidR="00F46826" w:rsidRPr="00A857EC" w:rsidRDefault="00BE73FC">
      <w:pPr>
        <w:spacing w:after="20"/>
        <w:jc w:val="center"/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>FAC-SIMILE ISTANZA DI CONTRIBUTO</w:t>
      </w:r>
    </w:p>
    <w:p w14:paraId="29E8BD6F" w14:textId="77777777" w:rsidR="00F46826" w:rsidRPr="00A857EC" w:rsidRDefault="00BE73FC">
      <w:pPr>
        <w:spacing w:after="200"/>
        <w:jc w:val="center"/>
        <w:rPr>
          <w:sz w:val="21"/>
          <w:szCs w:val="21"/>
          <w:lang w:val="it-IT"/>
        </w:rPr>
      </w:pPr>
      <w:r w:rsidRPr="00A857EC">
        <w:rPr>
          <w:i/>
          <w:sz w:val="21"/>
          <w:szCs w:val="21"/>
          <w:lang w:val="it-IT"/>
        </w:rPr>
        <w:t>da redigere su carta intestata dell’Ente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F46826" w:rsidRPr="003B14D4" w14:paraId="76436485" w14:textId="77777777">
        <w:trPr>
          <w:jc w:val="right"/>
        </w:trPr>
        <w:tc>
          <w:tcPr>
            <w:tcW w:w="4873" w:type="dxa"/>
          </w:tcPr>
          <w:p w14:paraId="1EE0E7DC" w14:textId="77777777" w:rsidR="00F46826" w:rsidRPr="00A857EC" w:rsidRDefault="00F46826">
            <w:pPr>
              <w:rPr>
                <w:sz w:val="21"/>
                <w:szCs w:val="21"/>
                <w:lang w:val="it-IT"/>
              </w:rPr>
            </w:pPr>
          </w:p>
          <w:p w14:paraId="60B8047E" w14:textId="77777777" w:rsidR="00A857EC" w:rsidRPr="00A857EC" w:rsidRDefault="00A857EC">
            <w:pPr>
              <w:rPr>
                <w:sz w:val="21"/>
                <w:szCs w:val="21"/>
                <w:lang w:val="it-IT"/>
              </w:rPr>
            </w:pPr>
          </w:p>
        </w:tc>
        <w:tc>
          <w:tcPr>
            <w:tcW w:w="4873" w:type="dxa"/>
          </w:tcPr>
          <w:p w14:paraId="688846EF" w14:textId="77777777" w:rsidR="00A857EC" w:rsidRPr="00A857EC" w:rsidRDefault="00A857EC">
            <w:pPr>
              <w:rPr>
                <w:sz w:val="21"/>
                <w:szCs w:val="21"/>
                <w:lang w:val="it-IT"/>
              </w:rPr>
            </w:pPr>
          </w:p>
          <w:p w14:paraId="215D79A9" w14:textId="77777777" w:rsidR="00A857EC" w:rsidRPr="00A857EC" w:rsidRDefault="00A857EC">
            <w:pPr>
              <w:rPr>
                <w:sz w:val="21"/>
                <w:szCs w:val="21"/>
                <w:lang w:val="it-IT"/>
              </w:rPr>
            </w:pPr>
          </w:p>
          <w:p w14:paraId="1A47B86B" w14:textId="77777777" w:rsidR="00A857EC" w:rsidRPr="00A857EC" w:rsidRDefault="00A857EC">
            <w:pPr>
              <w:rPr>
                <w:sz w:val="21"/>
                <w:szCs w:val="21"/>
                <w:lang w:val="it-IT"/>
              </w:rPr>
            </w:pPr>
          </w:p>
          <w:p w14:paraId="0E914652" w14:textId="4C7A93AC" w:rsidR="00F46826" w:rsidRPr="00A857EC" w:rsidRDefault="00BE73FC">
            <w:pPr>
              <w:rPr>
                <w:sz w:val="21"/>
                <w:szCs w:val="21"/>
                <w:lang w:val="it-IT"/>
              </w:rPr>
            </w:pPr>
            <w:r w:rsidRPr="00A857EC">
              <w:rPr>
                <w:sz w:val="21"/>
                <w:szCs w:val="21"/>
                <w:lang w:val="it-IT"/>
              </w:rPr>
              <w:t>Spett.le</w:t>
            </w:r>
            <w:r w:rsidRPr="00A857EC">
              <w:rPr>
                <w:sz w:val="21"/>
                <w:szCs w:val="21"/>
                <w:lang w:val="it-IT"/>
              </w:rPr>
              <w:br/>
              <w:t>AZIENDA SPECIALE CONSORTILE SOLIDALIA</w:t>
            </w:r>
            <w:r w:rsidRPr="00A857EC">
              <w:rPr>
                <w:sz w:val="21"/>
                <w:szCs w:val="21"/>
                <w:lang w:val="it-IT"/>
              </w:rPr>
              <w:br/>
              <w:t>per i servizi alla persona</w:t>
            </w:r>
            <w:r w:rsidRPr="00A857EC">
              <w:rPr>
                <w:sz w:val="21"/>
                <w:szCs w:val="21"/>
                <w:lang w:val="it-IT"/>
              </w:rPr>
              <w:br/>
              <w:t>Via Balilla, 25</w:t>
            </w:r>
            <w:r w:rsidRPr="00A857EC">
              <w:rPr>
                <w:sz w:val="21"/>
                <w:szCs w:val="21"/>
                <w:lang w:val="it-IT"/>
              </w:rPr>
              <w:br/>
              <w:t>24058 Romano di Lombardia (BG)</w:t>
            </w:r>
            <w:r w:rsidRPr="00A857EC">
              <w:rPr>
                <w:sz w:val="21"/>
                <w:szCs w:val="21"/>
                <w:lang w:val="it-IT"/>
              </w:rPr>
              <w:br/>
              <w:t>segreteria@aziendasolidalia.it</w:t>
            </w:r>
          </w:p>
        </w:tc>
      </w:tr>
    </w:tbl>
    <w:p w14:paraId="4FE1102D" w14:textId="77777777" w:rsidR="00A857EC" w:rsidRPr="00A857EC" w:rsidRDefault="00A857EC">
      <w:pPr>
        <w:spacing w:before="160" w:after="160"/>
        <w:rPr>
          <w:b/>
          <w:sz w:val="21"/>
          <w:szCs w:val="21"/>
          <w:lang w:val="it-IT"/>
        </w:rPr>
      </w:pPr>
    </w:p>
    <w:p w14:paraId="12742D04" w14:textId="00296A56" w:rsidR="00F46826" w:rsidRPr="00A857EC" w:rsidRDefault="00BE73FC" w:rsidP="00A857EC">
      <w:pPr>
        <w:spacing w:before="160" w:after="160"/>
        <w:jc w:val="both"/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>Oggetto: ISTANZA DI CONTRIBUTO PER L’ASSEGNAZIONE DEI CONTRIBUTI DEL FONDO SOCIALE REGIONALE – ANNUALITÀ 2026 – D.G.R. N. XII/6652 DEL 03/08/2026 – AMBITO TERRITORIALE SOCIALE DI ROMANO DI LOMBARDIA</w:t>
      </w:r>
    </w:p>
    <w:p w14:paraId="7A7931C3" w14:textId="77777777" w:rsidR="00A857EC" w:rsidRPr="00A857EC" w:rsidRDefault="00A857EC">
      <w:pPr>
        <w:spacing w:after="20"/>
        <w:jc w:val="center"/>
        <w:rPr>
          <w:b/>
          <w:sz w:val="21"/>
          <w:szCs w:val="21"/>
          <w:lang w:val="it-IT"/>
        </w:rPr>
      </w:pPr>
    </w:p>
    <w:p w14:paraId="0DEFBF1C" w14:textId="13BDFBFF" w:rsidR="00F46826" w:rsidRPr="00A857EC" w:rsidRDefault="00BE73FC">
      <w:pPr>
        <w:spacing w:after="20"/>
        <w:jc w:val="center"/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>DICHIARAZIONE SOSTITUTIVA DELL’ATTO DI NOTORIETÀ</w:t>
      </w:r>
    </w:p>
    <w:p w14:paraId="418341AE" w14:textId="77777777" w:rsidR="00F46826" w:rsidRPr="00A857EC" w:rsidRDefault="00BE73FC">
      <w:pPr>
        <w:spacing w:after="160"/>
        <w:jc w:val="center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(art. 47 del D.P.R. 28 dicembre 2000, n. 445)</w:t>
      </w:r>
    </w:p>
    <w:p w14:paraId="637B8601" w14:textId="77777777" w:rsidR="00F46826" w:rsidRPr="00A857EC" w:rsidRDefault="00BE73FC">
      <w:pPr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 xml:space="preserve">Il/La sottoscritto/a </w:t>
      </w:r>
      <w:r w:rsidRPr="00A857EC">
        <w:rPr>
          <w:sz w:val="21"/>
          <w:szCs w:val="21"/>
          <w:lang w:val="it-IT"/>
        </w:rPr>
        <w:t>____________________________________________________________</w:t>
      </w:r>
    </w:p>
    <w:p w14:paraId="14D0AD62" w14:textId="77777777" w:rsidR="00F46826" w:rsidRPr="00A857EC" w:rsidRDefault="00BE73FC">
      <w:pPr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 xml:space="preserve">nato/a a </w:t>
      </w:r>
      <w:r w:rsidRPr="00A857EC">
        <w:rPr>
          <w:sz w:val="21"/>
          <w:szCs w:val="21"/>
          <w:lang w:val="it-IT"/>
        </w:rPr>
        <w:t>____________________________ prov. ______ il ____________________</w:t>
      </w:r>
    </w:p>
    <w:p w14:paraId="249833FD" w14:textId="77777777" w:rsidR="00F46826" w:rsidRPr="00A857EC" w:rsidRDefault="00BE73FC">
      <w:pPr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 xml:space="preserve">residente a </w:t>
      </w:r>
      <w:r w:rsidRPr="00A857EC">
        <w:rPr>
          <w:sz w:val="21"/>
          <w:szCs w:val="21"/>
          <w:lang w:val="it-IT"/>
        </w:rPr>
        <w:t>________________________ CAP _________ prov. ______</w:t>
      </w:r>
    </w:p>
    <w:p w14:paraId="7E0F2AE7" w14:textId="77777777" w:rsidR="00F46826" w:rsidRPr="00A857EC" w:rsidRDefault="00BE73FC">
      <w:pPr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 xml:space="preserve">via/piazza </w:t>
      </w:r>
      <w:r w:rsidRPr="00A857EC">
        <w:rPr>
          <w:sz w:val="21"/>
          <w:szCs w:val="21"/>
          <w:lang w:val="it-IT"/>
        </w:rPr>
        <w:t>____________________________________________ n. ______</w:t>
      </w:r>
    </w:p>
    <w:p w14:paraId="26EDD063" w14:textId="77777777" w:rsidR="00F46826" w:rsidRPr="00A857EC" w:rsidRDefault="00BE73FC">
      <w:pPr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 xml:space="preserve">e-mail </w:t>
      </w:r>
      <w:r w:rsidRPr="00A857EC">
        <w:rPr>
          <w:sz w:val="21"/>
          <w:szCs w:val="21"/>
          <w:lang w:val="it-IT"/>
        </w:rPr>
        <w:t>________________________________ PEC ______________________________</w:t>
      </w:r>
    </w:p>
    <w:p w14:paraId="6C94C3BE" w14:textId="77777777" w:rsidR="00A857EC" w:rsidRPr="00A857EC" w:rsidRDefault="00A857EC">
      <w:pPr>
        <w:spacing w:before="100" w:after="100"/>
        <w:jc w:val="center"/>
        <w:rPr>
          <w:b/>
          <w:sz w:val="21"/>
          <w:szCs w:val="21"/>
          <w:lang w:val="it-IT"/>
        </w:rPr>
      </w:pPr>
    </w:p>
    <w:p w14:paraId="0C60322C" w14:textId="1676F4A9" w:rsidR="00F46826" w:rsidRPr="00A857EC" w:rsidRDefault="00BE73FC">
      <w:pPr>
        <w:spacing w:before="100" w:after="100"/>
        <w:jc w:val="center"/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>IN QUALITÀ DI LEGALE RAPPRESENTANTE</w:t>
      </w:r>
    </w:p>
    <w:p w14:paraId="61716B0B" w14:textId="77777777" w:rsidR="00F46826" w:rsidRPr="00A857EC" w:rsidRDefault="00BE73FC">
      <w:pPr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 xml:space="preserve">dell’Ente </w:t>
      </w:r>
      <w:r w:rsidRPr="00A857EC">
        <w:rPr>
          <w:sz w:val="21"/>
          <w:szCs w:val="21"/>
          <w:lang w:val="it-IT"/>
        </w:rPr>
        <w:t>____________________________________________________________</w:t>
      </w:r>
    </w:p>
    <w:p w14:paraId="57247384" w14:textId="77777777" w:rsidR="00F46826" w:rsidRPr="00A857EC" w:rsidRDefault="00BE73FC">
      <w:pPr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 xml:space="preserve">con sede legale a </w:t>
      </w:r>
      <w:r w:rsidRPr="00A857EC">
        <w:rPr>
          <w:sz w:val="21"/>
          <w:szCs w:val="21"/>
          <w:lang w:val="it-IT"/>
        </w:rPr>
        <w:t>____________________________ CAP _________ prov. ______</w:t>
      </w:r>
    </w:p>
    <w:p w14:paraId="2C7065B9" w14:textId="77777777" w:rsidR="00F46826" w:rsidRPr="00A857EC" w:rsidRDefault="00BE73FC">
      <w:pPr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 xml:space="preserve">via/piazza </w:t>
      </w:r>
      <w:r w:rsidRPr="00A857EC">
        <w:rPr>
          <w:sz w:val="21"/>
          <w:szCs w:val="21"/>
          <w:lang w:val="it-IT"/>
        </w:rPr>
        <w:t>____________________________________________ n. ______</w:t>
      </w:r>
    </w:p>
    <w:p w14:paraId="6EFB2AB8" w14:textId="77777777" w:rsidR="00F46826" w:rsidRPr="00A857EC" w:rsidRDefault="00BE73FC">
      <w:pPr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 xml:space="preserve">C.F./Partita IVA </w:t>
      </w:r>
      <w:r w:rsidRPr="00A857EC">
        <w:rPr>
          <w:sz w:val="21"/>
          <w:szCs w:val="21"/>
          <w:lang w:val="it-IT"/>
        </w:rPr>
        <w:t>________________________ telefono ______________________</w:t>
      </w:r>
    </w:p>
    <w:p w14:paraId="3367ACD1" w14:textId="77777777" w:rsidR="00A857EC" w:rsidRPr="00A857EC" w:rsidRDefault="00A857EC">
      <w:pPr>
        <w:spacing w:before="100" w:after="100"/>
        <w:jc w:val="center"/>
        <w:rPr>
          <w:b/>
          <w:sz w:val="21"/>
          <w:szCs w:val="21"/>
          <w:lang w:val="it-IT"/>
        </w:rPr>
      </w:pPr>
    </w:p>
    <w:p w14:paraId="34A2BDBF" w14:textId="222653C0" w:rsidR="00F46826" w:rsidRPr="00A857EC" w:rsidRDefault="00BE73FC">
      <w:pPr>
        <w:spacing w:before="100" w:after="100"/>
        <w:jc w:val="center"/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>ENTE GESTORE DELL’UNITÀ DI OFFERTA SOCIALE/SERVIZIO</w:t>
      </w:r>
    </w:p>
    <w:p w14:paraId="62560740" w14:textId="77777777" w:rsidR="00F46826" w:rsidRPr="00A857EC" w:rsidRDefault="00BE73FC">
      <w:pPr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 xml:space="preserve">tipologia di UdO/servizio </w:t>
      </w:r>
      <w:r w:rsidRPr="00A857EC">
        <w:rPr>
          <w:sz w:val="21"/>
          <w:szCs w:val="21"/>
          <w:lang w:val="it-IT"/>
        </w:rPr>
        <w:t>____________________________________________________________</w:t>
      </w:r>
    </w:p>
    <w:p w14:paraId="19610B4D" w14:textId="77777777" w:rsidR="00F46826" w:rsidRPr="00A857EC" w:rsidRDefault="00BE73FC">
      <w:pPr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 xml:space="preserve">denominazione </w:t>
      </w:r>
      <w:r w:rsidRPr="00A857EC">
        <w:rPr>
          <w:sz w:val="21"/>
          <w:szCs w:val="21"/>
          <w:lang w:val="it-IT"/>
        </w:rPr>
        <w:t>____________________________________________________________</w:t>
      </w:r>
    </w:p>
    <w:p w14:paraId="3AFB55C6" w14:textId="77777777" w:rsidR="00F46826" w:rsidRPr="00A857EC" w:rsidRDefault="00BE73FC">
      <w:pPr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 xml:space="preserve">codice CUDES </w:t>
      </w:r>
      <w:r w:rsidRPr="00A857EC">
        <w:rPr>
          <w:sz w:val="21"/>
          <w:szCs w:val="21"/>
          <w:lang w:val="it-IT"/>
        </w:rPr>
        <w:t>____________________________</w:t>
      </w:r>
    </w:p>
    <w:p w14:paraId="57166DBC" w14:textId="77777777" w:rsidR="00F46826" w:rsidRPr="00A857EC" w:rsidRDefault="00BE73FC">
      <w:pPr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 xml:space="preserve">sede operativa nel Comune di </w:t>
      </w:r>
      <w:r w:rsidRPr="00A857EC">
        <w:rPr>
          <w:sz w:val="21"/>
          <w:szCs w:val="21"/>
          <w:lang w:val="it-IT"/>
        </w:rPr>
        <w:t>____________________________ CAP _________</w:t>
      </w:r>
    </w:p>
    <w:p w14:paraId="127CB937" w14:textId="77777777" w:rsidR="00F46826" w:rsidRPr="00A857EC" w:rsidRDefault="00BE73FC">
      <w:pPr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 xml:space="preserve">via/piazza </w:t>
      </w:r>
      <w:r w:rsidRPr="00A857EC">
        <w:rPr>
          <w:sz w:val="21"/>
          <w:szCs w:val="21"/>
          <w:lang w:val="it-IT"/>
        </w:rPr>
        <w:t>____________________________________________ n. ______</w:t>
      </w:r>
    </w:p>
    <w:p w14:paraId="55DA2661" w14:textId="77777777" w:rsidR="00F46826" w:rsidRPr="00A857EC" w:rsidRDefault="00BE73FC">
      <w:pPr>
        <w:spacing w:before="100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consapevole delle sanzioni penali previste dall’art. 76 del D.P.R. n. 445/2000 in caso di falsità in atti e dichiarazioni mendaci,</w:t>
      </w:r>
    </w:p>
    <w:p w14:paraId="3EF7AA0B" w14:textId="77777777" w:rsidR="00A857EC" w:rsidRPr="00A857EC" w:rsidRDefault="00A857EC">
      <w:pPr>
        <w:spacing w:before="100" w:after="100"/>
        <w:jc w:val="center"/>
        <w:rPr>
          <w:b/>
          <w:sz w:val="21"/>
          <w:szCs w:val="21"/>
          <w:lang w:val="it-IT"/>
        </w:rPr>
      </w:pPr>
    </w:p>
    <w:p w14:paraId="2CFF484E" w14:textId="2B5D8D04" w:rsidR="00F46826" w:rsidRPr="00A857EC" w:rsidRDefault="00BE73FC">
      <w:pPr>
        <w:spacing w:before="100" w:after="100"/>
        <w:jc w:val="center"/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>CHIEDE</w:t>
      </w:r>
    </w:p>
    <w:p w14:paraId="5885B5D8" w14:textId="77777777" w:rsidR="00F46826" w:rsidRPr="00A857EC" w:rsidRDefault="00BE73FC" w:rsidP="00A857EC">
      <w:pPr>
        <w:spacing w:line="276" w:lineRule="auto"/>
        <w:jc w:val="both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la concessione del contributo del Fondo Sociale Regionale – annualità 2026 per l’unità di offerta sociale/servizio sopra indicato, sulla base dei dati riportati nell’Allegato 2 – Scheda Analitica UdO Sociali – Consuntivo 2025, unito alla presente istanza.</w:t>
      </w:r>
    </w:p>
    <w:p w14:paraId="3732CA0B" w14:textId="77777777" w:rsidR="00A857EC" w:rsidRPr="00A857EC" w:rsidRDefault="00A857EC">
      <w:pPr>
        <w:spacing w:before="100" w:after="100"/>
        <w:jc w:val="center"/>
        <w:rPr>
          <w:b/>
          <w:sz w:val="21"/>
          <w:szCs w:val="21"/>
          <w:lang w:val="it-IT"/>
        </w:rPr>
      </w:pPr>
    </w:p>
    <w:p w14:paraId="1C9E13AF" w14:textId="3E434ECC" w:rsidR="00F46826" w:rsidRPr="00A857EC" w:rsidRDefault="00BE73FC">
      <w:pPr>
        <w:spacing w:before="100" w:after="100"/>
        <w:jc w:val="center"/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>DICHIARA</w:t>
      </w:r>
    </w:p>
    <w:p w14:paraId="7765EFD8" w14:textId="77777777" w:rsidR="00F46826" w:rsidRPr="00A857EC" w:rsidRDefault="00BE73FC" w:rsidP="00A857EC">
      <w:pPr>
        <w:spacing w:after="40" w:line="276" w:lineRule="auto"/>
        <w:ind w:left="170" w:hanging="170"/>
        <w:jc w:val="both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di aver preso visione e di accettare integralmente le disposizioni dell’Avviso dell’Ambito Territoriale Sociale di Romano di Lombardia per l’assegnazione dei contributi del Fondo Sociale Regionale – annualità 2026;</w:t>
      </w:r>
    </w:p>
    <w:p w14:paraId="1CAF386B" w14:textId="77777777" w:rsidR="00F46826" w:rsidRPr="00A857EC" w:rsidRDefault="00BE73FC" w:rsidP="00A857EC">
      <w:pPr>
        <w:spacing w:after="40" w:line="276" w:lineRule="auto"/>
        <w:ind w:left="170" w:hanging="170"/>
        <w:jc w:val="both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che l’unità di offerta sociale/servizio sopra indicato è tra quelli individuati dalla Giunta regionale ai sensi della D.G.R. n. 45 del 23/04/2018, ove applicabile;</w:t>
      </w:r>
    </w:p>
    <w:p w14:paraId="09141998" w14:textId="77777777" w:rsidR="00F46826" w:rsidRPr="00A857EC" w:rsidRDefault="00BE73FC" w:rsidP="00A857EC">
      <w:pPr>
        <w:spacing w:after="40" w:line="276" w:lineRule="auto"/>
        <w:ind w:left="170" w:hanging="170"/>
        <w:jc w:val="both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che l’unità di offerta sociale/servizio ha sede operativa in uno dei Comuni dell’Ambito Territoriale Sociale di Romano di Lombardia;</w:t>
      </w:r>
    </w:p>
    <w:p w14:paraId="6326A2F3" w14:textId="77777777" w:rsidR="00F46826" w:rsidRPr="00A857EC" w:rsidRDefault="00BE73FC" w:rsidP="00A857EC">
      <w:pPr>
        <w:spacing w:after="40" w:line="276" w:lineRule="auto"/>
        <w:ind w:left="170" w:hanging="170"/>
        <w:jc w:val="both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che l’unità di offerta sociale è presente nel gestionale AFAM con il codice CUDES sopra indicato, ove previsto;</w:t>
      </w:r>
    </w:p>
    <w:p w14:paraId="5C463019" w14:textId="77777777" w:rsidR="00F46826" w:rsidRPr="00A857EC" w:rsidRDefault="00BE73FC" w:rsidP="00A857EC">
      <w:pPr>
        <w:spacing w:after="40" w:line="276" w:lineRule="auto"/>
        <w:ind w:left="170" w:hanging="170"/>
        <w:jc w:val="both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che l’unità di offerta sociale/servizio è in regolare esercizio ed è attiva nell’anno 2026;</w:t>
      </w:r>
    </w:p>
    <w:p w14:paraId="0BB01789" w14:textId="77777777" w:rsidR="00F46826" w:rsidRPr="00A857EC" w:rsidRDefault="00BE73FC" w:rsidP="00A857EC">
      <w:pPr>
        <w:spacing w:after="40" w:line="276" w:lineRule="auto"/>
        <w:ind w:left="170" w:hanging="170"/>
        <w:jc w:val="both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che l’unità di offerta sociale/servizio non ha iniziato l’attività nell’anno 2026 e non ha carattere sperimentale;</w:t>
      </w:r>
    </w:p>
    <w:p w14:paraId="7D839E2F" w14:textId="77777777" w:rsidR="00F46826" w:rsidRPr="00A857EC" w:rsidRDefault="00BE73FC" w:rsidP="00A857EC">
      <w:pPr>
        <w:spacing w:after="40" w:line="276" w:lineRule="auto"/>
        <w:ind w:left="170" w:hanging="170"/>
        <w:jc w:val="both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che l’unità di offerta sociale è in possesso dell’autorizzazione al funzionamento oppure ha trasmesso al Comune sede dell’unità di offerta la Comunicazione Preventiva di Esercizio (CPE), ai sensi della L.R. n. 3/2008;</w:t>
      </w:r>
    </w:p>
    <w:p w14:paraId="3D5872DA" w14:textId="05E54E17" w:rsidR="00F46826" w:rsidRPr="00A857EC" w:rsidRDefault="00BE73FC" w:rsidP="00A857EC">
      <w:pPr>
        <w:spacing w:after="40" w:line="276" w:lineRule="auto"/>
        <w:ind w:left="170" w:hanging="170"/>
        <w:jc w:val="both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che l’unità di offerta sociale/servizio è cessata nel corso del 202</w:t>
      </w:r>
      <w:r w:rsidR="003B14D4">
        <w:rPr>
          <w:sz w:val="21"/>
          <w:szCs w:val="21"/>
          <w:lang w:val="it-IT"/>
        </w:rPr>
        <w:t>6</w:t>
      </w:r>
      <w:r w:rsidRPr="00A857EC">
        <w:rPr>
          <w:sz w:val="21"/>
          <w:szCs w:val="21"/>
          <w:lang w:val="it-IT"/>
        </w:rPr>
        <w:t xml:space="preserve"> in data __________________ e che il periodo di attività è correttamente indicato nella rendicontazione (compilare solo se ricorre il caso);</w:t>
      </w:r>
    </w:p>
    <w:p w14:paraId="053ADFC1" w14:textId="77777777" w:rsidR="00F46826" w:rsidRPr="00A857EC" w:rsidRDefault="00BE73FC" w:rsidP="00A857EC">
      <w:pPr>
        <w:spacing w:after="40" w:line="276" w:lineRule="auto"/>
        <w:ind w:left="170" w:hanging="170"/>
        <w:jc w:val="both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che l’Allegato 2 è stato compilato correttamente in formato elettronico e riporta i dati relativi alle attività, ai costi e ai ricavi dell’anno 2025, compreso tra le entrate l’eventuale contributo FSR 2025 percepito;</w:t>
      </w:r>
    </w:p>
    <w:p w14:paraId="3EA69853" w14:textId="77777777" w:rsidR="00F46826" w:rsidRPr="00A857EC" w:rsidRDefault="00BE73FC" w:rsidP="00A857EC">
      <w:pPr>
        <w:spacing w:after="40" w:line="276" w:lineRule="auto"/>
        <w:ind w:left="170" w:hanging="170"/>
        <w:jc w:val="both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che i dati dichiarati nella presente istanza e nella documentazione allegata sono veritieri, accertabili ai sensi dell’art. 43 del D.P.R. n. 445/2000 e documentabili su richiesta dell’Azienda Speciale Consortile Solidalia;</w:t>
      </w:r>
    </w:p>
    <w:p w14:paraId="182E7E3F" w14:textId="77777777" w:rsidR="00F46826" w:rsidRPr="00A857EC" w:rsidRDefault="00BE73FC" w:rsidP="00A857EC">
      <w:pPr>
        <w:spacing w:after="40" w:line="276" w:lineRule="auto"/>
        <w:ind w:left="170" w:hanging="170"/>
        <w:jc w:val="both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di aver preso visione dell’informativa sul trattamento dei dati personali contenuta nell’Avviso e dell’informativa completa pubblicata sul sito istituzionale dell’Azienda;</w:t>
      </w:r>
    </w:p>
    <w:p w14:paraId="7172C11A" w14:textId="015CB919" w:rsidR="00A857EC" w:rsidRPr="00A857EC" w:rsidRDefault="00BE73FC" w:rsidP="00A857EC">
      <w:pPr>
        <w:spacing w:after="40" w:line="276" w:lineRule="auto"/>
        <w:ind w:left="170" w:hanging="170"/>
        <w:jc w:val="both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di ottemperare agli obblighi di tracciabilità dei flussi finanziari previsti dall’art. 3 della legge 13 agosto 2010, n. 136.</w:t>
      </w:r>
    </w:p>
    <w:p w14:paraId="6B30EFBD" w14:textId="77777777" w:rsidR="00A857EC" w:rsidRPr="00A857EC" w:rsidRDefault="00A857EC" w:rsidP="00A857EC">
      <w:pPr>
        <w:spacing w:after="40" w:line="276" w:lineRule="auto"/>
        <w:ind w:left="170" w:hanging="170"/>
        <w:jc w:val="both"/>
        <w:rPr>
          <w:sz w:val="21"/>
          <w:szCs w:val="21"/>
          <w:lang w:val="it-IT"/>
        </w:rPr>
      </w:pPr>
    </w:p>
    <w:p w14:paraId="3C115529" w14:textId="7FFCD0F8" w:rsidR="00A857EC" w:rsidRPr="00A857EC" w:rsidRDefault="00BE73FC" w:rsidP="00A857EC">
      <w:pPr>
        <w:spacing w:before="100" w:after="100"/>
        <w:jc w:val="center"/>
        <w:rPr>
          <w:b/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>COMUNICA</w:t>
      </w:r>
    </w:p>
    <w:p w14:paraId="0C168B6D" w14:textId="77777777" w:rsidR="00F46826" w:rsidRPr="00A857EC" w:rsidRDefault="00BE73FC">
      <w:pPr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le seguenti coordinate bancarie/postali per l’erogazione dell’eventuale contributo:</w:t>
      </w:r>
    </w:p>
    <w:p w14:paraId="57EF909D" w14:textId="77777777" w:rsidR="00F46826" w:rsidRPr="00A857EC" w:rsidRDefault="00BE73FC">
      <w:pPr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 xml:space="preserve">conto corrente n. </w:t>
      </w:r>
      <w:r w:rsidRPr="00A857EC">
        <w:rPr>
          <w:sz w:val="21"/>
          <w:szCs w:val="21"/>
          <w:lang w:val="it-IT"/>
        </w:rPr>
        <w:t>____________________________________________</w:t>
      </w:r>
    </w:p>
    <w:p w14:paraId="1C8BC3D5" w14:textId="77777777" w:rsidR="00F46826" w:rsidRPr="00A857EC" w:rsidRDefault="00BE73FC">
      <w:pPr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 xml:space="preserve">istituto </w:t>
      </w:r>
      <w:r w:rsidRPr="00A857EC">
        <w:rPr>
          <w:sz w:val="21"/>
          <w:szCs w:val="21"/>
          <w:lang w:val="it-IT"/>
        </w:rPr>
        <w:t>____________________________________________________</w:t>
      </w:r>
    </w:p>
    <w:p w14:paraId="215298AB" w14:textId="1103758D" w:rsidR="00A857EC" w:rsidRPr="00A857EC" w:rsidRDefault="00BE73FC">
      <w:pPr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 xml:space="preserve">IBAN </w:t>
      </w:r>
      <w:r w:rsidR="00A857EC" w:rsidRPr="00A857EC">
        <w:rPr>
          <w:bCs/>
          <w:sz w:val="21"/>
          <w:szCs w:val="21"/>
          <w:lang w:val="it-IT"/>
        </w:rPr>
        <w:t>(allegare fotocopia)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"/>
        <w:gridCol w:w="343"/>
        <w:gridCol w:w="343"/>
        <w:gridCol w:w="343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3"/>
        <w:gridCol w:w="343"/>
        <w:gridCol w:w="343"/>
        <w:gridCol w:w="343"/>
      </w:tblGrid>
      <w:tr w:rsidR="00A857EC" w:rsidRPr="003B14D4" w14:paraId="68E68264" w14:textId="77777777" w:rsidTr="00A857EC">
        <w:trPr>
          <w:jc w:val="center"/>
        </w:trPr>
        <w:tc>
          <w:tcPr>
            <w:tcW w:w="343" w:type="dxa"/>
          </w:tcPr>
          <w:p w14:paraId="78B793C3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3" w:type="dxa"/>
          </w:tcPr>
          <w:p w14:paraId="35AC9029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3" w:type="dxa"/>
          </w:tcPr>
          <w:p w14:paraId="38233329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3" w:type="dxa"/>
          </w:tcPr>
          <w:p w14:paraId="396E8390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2" w:type="dxa"/>
          </w:tcPr>
          <w:p w14:paraId="5FB9F2B8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2" w:type="dxa"/>
          </w:tcPr>
          <w:p w14:paraId="7BA15AA7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2" w:type="dxa"/>
          </w:tcPr>
          <w:p w14:paraId="781FA264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2" w:type="dxa"/>
          </w:tcPr>
          <w:p w14:paraId="70A5BB8E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2" w:type="dxa"/>
          </w:tcPr>
          <w:p w14:paraId="21191FB6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2" w:type="dxa"/>
          </w:tcPr>
          <w:p w14:paraId="5BE25CF6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2" w:type="dxa"/>
          </w:tcPr>
          <w:p w14:paraId="16152D06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2" w:type="dxa"/>
          </w:tcPr>
          <w:p w14:paraId="456D08FC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2" w:type="dxa"/>
          </w:tcPr>
          <w:p w14:paraId="02FE822B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2" w:type="dxa"/>
          </w:tcPr>
          <w:p w14:paraId="78D45E32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2" w:type="dxa"/>
          </w:tcPr>
          <w:p w14:paraId="062E9550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2" w:type="dxa"/>
          </w:tcPr>
          <w:p w14:paraId="4422CCE5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2" w:type="dxa"/>
          </w:tcPr>
          <w:p w14:paraId="061B34D4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2" w:type="dxa"/>
          </w:tcPr>
          <w:p w14:paraId="5CC64F01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2" w:type="dxa"/>
          </w:tcPr>
          <w:p w14:paraId="3ED1B6B9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2" w:type="dxa"/>
          </w:tcPr>
          <w:p w14:paraId="0E5BBD7D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2" w:type="dxa"/>
          </w:tcPr>
          <w:p w14:paraId="7081158F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2" w:type="dxa"/>
          </w:tcPr>
          <w:p w14:paraId="23251526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2" w:type="dxa"/>
          </w:tcPr>
          <w:p w14:paraId="60A91291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3" w:type="dxa"/>
          </w:tcPr>
          <w:p w14:paraId="513A349E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3" w:type="dxa"/>
          </w:tcPr>
          <w:p w14:paraId="41017979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3" w:type="dxa"/>
          </w:tcPr>
          <w:p w14:paraId="709DFC42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  <w:tc>
          <w:tcPr>
            <w:tcW w:w="343" w:type="dxa"/>
          </w:tcPr>
          <w:p w14:paraId="77E35FFE" w14:textId="77777777" w:rsidR="00A857EC" w:rsidRPr="003B14D4" w:rsidRDefault="00A857EC" w:rsidP="00F13A0E">
            <w:pPr>
              <w:jc w:val="both"/>
              <w:rPr>
                <w:rFonts w:ascii="Century Gothic" w:hAnsi="Century Gothic"/>
                <w:sz w:val="21"/>
                <w:szCs w:val="21"/>
                <w:lang w:val="it-IT"/>
              </w:rPr>
            </w:pPr>
          </w:p>
        </w:tc>
      </w:tr>
    </w:tbl>
    <w:p w14:paraId="38E49254" w14:textId="48A5F270" w:rsidR="00F46826" w:rsidRPr="00A857EC" w:rsidRDefault="00F46826">
      <w:pPr>
        <w:rPr>
          <w:sz w:val="21"/>
          <w:szCs w:val="21"/>
          <w:lang w:val="it-IT"/>
        </w:rPr>
      </w:pPr>
    </w:p>
    <w:p w14:paraId="33CE7316" w14:textId="77777777" w:rsidR="00F46826" w:rsidRPr="00A857EC" w:rsidRDefault="00BE73FC">
      <w:pPr>
        <w:spacing w:before="80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e i dati della persona o delle persone delegate a operare sul conto:</w:t>
      </w:r>
    </w:p>
    <w:p w14:paraId="1221F347" w14:textId="77777777" w:rsidR="00F46826" w:rsidRPr="00A857EC" w:rsidRDefault="00BE73FC">
      <w:pPr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 xml:space="preserve">cognome e nome </w:t>
      </w:r>
      <w:r w:rsidRPr="00A857EC">
        <w:rPr>
          <w:sz w:val="21"/>
          <w:szCs w:val="21"/>
          <w:lang w:val="it-IT"/>
        </w:rPr>
        <w:t>______________________________________________</w:t>
      </w:r>
    </w:p>
    <w:p w14:paraId="3B7EADEE" w14:textId="77777777" w:rsidR="00F46826" w:rsidRPr="00A857EC" w:rsidRDefault="00BE73FC">
      <w:pPr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 xml:space="preserve">nato/a il </w:t>
      </w:r>
      <w:r w:rsidRPr="00A857EC">
        <w:rPr>
          <w:sz w:val="21"/>
          <w:szCs w:val="21"/>
          <w:lang w:val="it-IT"/>
        </w:rPr>
        <w:t>________________ a ________________________________</w:t>
      </w:r>
    </w:p>
    <w:p w14:paraId="05E353B7" w14:textId="77777777" w:rsidR="00F46826" w:rsidRPr="00A857EC" w:rsidRDefault="00BE73FC">
      <w:pPr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 xml:space="preserve">codice fiscale </w:t>
      </w:r>
      <w:r w:rsidRPr="00A857EC">
        <w:rPr>
          <w:sz w:val="21"/>
          <w:szCs w:val="21"/>
          <w:lang w:val="it-IT"/>
        </w:rPr>
        <w:t>____________________________ carica ________________</w:t>
      </w:r>
    </w:p>
    <w:p w14:paraId="7D0F3532" w14:textId="77777777" w:rsidR="00F46826" w:rsidRPr="00A857EC" w:rsidRDefault="00BE73FC">
      <w:pPr>
        <w:rPr>
          <w:sz w:val="21"/>
          <w:szCs w:val="21"/>
          <w:lang w:val="it-IT"/>
        </w:rPr>
      </w:pPr>
      <w:r w:rsidRPr="00A857EC">
        <w:rPr>
          <w:i/>
          <w:sz w:val="21"/>
          <w:szCs w:val="21"/>
          <w:lang w:val="it-IT"/>
        </w:rPr>
        <w:t>(In caso di più persone delegate, replicare i dati sopra richiesti.)</w:t>
      </w:r>
    </w:p>
    <w:p w14:paraId="33995C51" w14:textId="77777777" w:rsidR="00A857EC" w:rsidRPr="00A857EC" w:rsidRDefault="00A857EC">
      <w:pPr>
        <w:spacing w:before="100" w:after="100"/>
        <w:jc w:val="center"/>
        <w:rPr>
          <w:b/>
          <w:sz w:val="21"/>
          <w:szCs w:val="21"/>
          <w:lang w:val="it-IT"/>
        </w:rPr>
      </w:pPr>
    </w:p>
    <w:p w14:paraId="4B78B553" w14:textId="4CC16DAD" w:rsidR="00F46826" w:rsidRPr="00A857EC" w:rsidRDefault="00BE73FC">
      <w:pPr>
        <w:spacing w:before="100" w:after="100"/>
        <w:jc w:val="center"/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lastRenderedPageBreak/>
        <w:t>ALLEGA</w:t>
      </w:r>
    </w:p>
    <w:p w14:paraId="70D11C39" w14:textId="77777777" w:rsidR="00F46826" w:rsidRPr="00A857EC" w:rsidRDefault="00BE73FC" w:rsidP="00A857EC">
      <w:pPr>
        <w:jc w:val="both"/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>1) Allegato 2 – Scheda Analitica UdO Sociali – Consuntivo 2025 relativo alla seguente unità di offerta sociale/servizio:</w:t>
      </w:r>
    </w:p>
    <w:p w14:paraId="2134A634" w14:textId="77777777" w:rsidR="00F46826" w:rsidRPr="00A857EC" w:rsidRDefault="00BE73FC" w:rsidP="00A857EC">
      <w:pPr>
        <w:spacing w:after="40" w:line="276" w:lineRule="auto"/>
        <w:ind w:left="170" w:hanging="170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Asilo Nido (AN) – Consuntivo 2025</w:t>
      </w:r>
    </w:p>
    <w:p w14:paraId="7BD8D727" w14:textId="77777777" w:rsidR="00F46826" w:rsidRPr="00A857EC" w:rsidRDefault="00BE73FC" w:rsidP="00A857EC">
      <w:pPr>
        <w:spacing w:after="40" w:line="276" w:lineRule="auto"/>
        <w:ind w:left="170" w:hanging="170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Micronido (MICROAN) – Consuntivo 2025</w:t>
      </w:r>
    </w:p>
    <w:p w14:paraId="48C2F132" w14:textId="77777777" w:rsidR="00F46826" w:rsidRPr="00A857EC" w:rsidRDefault="00BE73FC" w:rsidP="00A857EC">
      <w:pPr>
        <w:spacing w:after="40" w:line="276" w:lineRule="auto"/>
        <w:ind w:left="170" w:hanging="170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Nido Famiglia (NF) – Consuntivo 2025</w:t>
      </w:r>
    </w:p>
    <w:p w14:paraId="79ABF915" w14:textId="77777777" w:rsidR="00F46826" w:rsidRPr="00A857EC" w:rsidRDefault="00BE73FC" w:rsidP="00A857EC">
      <w:pPr>
        <w:spacing w:after="40" w:line="276" w:lineRule="auto"/>
        <w:ind w:left="170" w:hanging="170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Centro di Prima Infanzia (PRINF) – Consuntivo 2025</w:t>
      </w:r>
    </w:p>
    <w:p w14:paraId="557F8660" w14:textId="77777777" w:rsidR="00F46826" w:rsidRPr="00A857EC" w:rsidRDefault="00BE73FC" w:rsidP="00A857EC">
      <w:pPr>
        <w:spacing w:after="40" w:line="276" w:lineRule="auto"/>
        <w:ind w:left="170" w:hanging="170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Centro di Aggregazione Giovanile (CAG) – Consuntivo 2025</w:t>
      </w:r>
    </w:p>
    <w:p w14:paraId="1852F282" w14:textId="77777777" w:rsidR="00F46826" w:rsidRPr="00A857EC" w:rsidRDefault="00BE73FC" w:rsidP="00A857EC">
      <w:pPr>
        <w:spacing w:after="40" w:line="276" w:lineRule="auto"/>
        <w:ind w:left="170" w:hanging="170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Centro Ricreativo Diurno per Minori (CRDM) – Consuntivo 2025</w:t>
      </w:r>
    </w:p>
    <w:p w14:paraId="412E32B4" w14:textId="77777777" w:rsidR="00F46826" w:rsidRPr="00A857EC" w:rsidRDefault="00BE73FC" w:rsidP="00A857EC">
      <w:pPr>
        <w:spacing w:after="40" w:line="276" w:lineRule="auto"/>
        <w:ind w:left="170" w:hanging="170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Comunità Educativa per Minori (CEM) – Consuntivo 2025</w:t>
      </w:r>
    </w:p>
    <w:p w14:paraId="245BF630" w14:textId="77777777" w:rsidR="00F46826" w:rsidRPr="00A857EC" w:rsidRDefault="00BE73FC" w:rsidP="00A857EC">
      <w:pPr>
        <w:spacing w:after="40" w:line="276" w:lineRule="auto"/>
        <w:ind w:left="170" w:hanging="170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Comunità Familiare (CF) – Consuntivo 2025</w:t>
      </w:r>
    </w:p>
    <w:p w14:paraId="77005E42" w14:textId="77777777" w:rsidR="00F46826" w:rsidRPr="00A857EC" w:rsidRDefault="00BE73FC" w:rsidP="00A857EC">
      <w:pPr>
        <w:spacing w:after="40" w:line="276" w:lineRule="auto"/>
        <w:ind w:left="170" w:hanging="170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Alloggio per l’Autonomia (AA) – Consuntivo 2025</w:t>
      </w:r>
    </w:p>
    <w:p w14:paraId="642D0D79" w14:textId="77777777" w:rsidR="00F46826" w:rsidRPr="00A857EC" w:rsidRDefault="00BE73FC" w:rsidP="00A857EC">
      <w:pPr>
        <w:spacing w:after="40" w:line="276" w:lineRule="auto"/>
        <w:ind w:left="170" w:hanging="170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Servizio Educativo Diurno (SED) – Consuntivo 2025</w:t>
      </w:r>
    </w:p>
    <w:p w14:paraId="2F6AD2C5" w14:textId="77777777" w:rsidR="00F46826" w:rsidRPr="00A857EC" w:rsidRDefault="00BE73FC" w:rsidP="00A857EC">
      <w:pPr>
        <w:spacing w:after="40" w:line="276" w:lineRule="auto"/>
        <w:ind w:left="170" w:hanging="170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Centro Socio Educativo (CSE) – Consuntivo 2025</w:t>
      </w:r>
    </w:p>
    <w:p w14:paraId="3024940D" w14:textId="77777777" w:rsidR="00F46826" w:rsidRPr="00A857EC" w:rsidRDefault="00BE73FC" w:rsidP="00A857EC">
      <w:pPr>
        <w:spacing w:after="40" w:line="276" w:lineRule="auto"/>
        <w:ind w:left="170" w:hanging="170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Servizio di Formazione all’Autonomia (SFA) – Consuntivo 2025</w:t>
      </w:r>
    </w:p>
    <w:p w14:paraId="06509151" w14:textId="77777777" w:rsidR="00F46826" w:rsidRPr="00A857EC" w:rsidRDefault="00BE73FC" w:rsidP="00A857EC">
      <w:pPr>
        <w:spacing w:after="40" w:line="276" w:lineRule="auto"/>
        <w:ind w:left="170" w:hanging="170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Comunità Alloggio Disabili (CAD) – Consuntivo 2025</w:t>
      </w:r>
    </w:p>
    <w:p w14:paraId="5BE374B1" w14:textId="77777777" w:rsidR="00F46826" w:rsidRPr="00A857EC" w:rsidRDefault="00BE73FC" w:rsidP="00A857EC">
      <w:pPr>
        <w:spacing w:after="40" w:line="276" w:lineRule="auto"/>
        <w:ind w:left="170" w:hanging="170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Alloggio Protetto per Anziani (APA) – Consuntivo 2025</w:t>
      </w:r>
    </w:p>
    <w:p w14:paraId="400080D8" w14:textId="77777777" w:rsidR="00F46826" w:rsidRPr="00A857EC" w:rsidRDefault="00BE73FC" w:rsidP="00A857EC">
      <w:pPr>
        <w:spacing w:after="40" w:line="276" w:lineRule="auto"/>
        <w:ind w:left="170" w:hanging="170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Centro Diurno Anziani (CDA) – Consuntivo 2025</w:t>
      </w:r>
    </w:p>
    <w:p w14:paraId="6E5BB070" w14:textId="77777777" w:rsidR="00F46826" w:rsidRPr="00A857EC" w:rsidRDefault="00BE73FC" w:rsidP="00A857EC">
      <w:pPr>
        <w:spacing w:after="40" w:line="276" w:lineRule="auto"/>
        <w:ind w:left="170" w:hanging="170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Comunità Alloggio Sociale per Anziani (CASA) – Consuntivo 2025</w:t>
      </w:r>
    </w:p>
    <w:p w14:paraId="4E8CADF3" w14:textId="77777777" w:rsidR="00F46826" w:rsidRPr="00A857EC" w:rsidRDefault="00BE73FC" w:rsidP="00A857EC">
      <w:pPr>
        <w:spacing w:after="40" w:line="276" w:lineRule="auto"/>
        <w:ind w:left="170" w:hanging="170"/>
        <w:rPr>
          <w:sz w:val="21"/>
          <w:szCs w:val="21"/>
          <w:lang w:val="it-IT"/>
        </w:rPr>
      </w:pPr>
      <w:r w:rsidRPr="00A857EC">
        <w:rPr>
          <w:sz w:val="21"/>
          <w:szCs w:val="21"/>
          <w:lang w:val="it-IT"/>
        </w:rPr>
        <w:t>☐ Servizio di Assistenza Domiciliare – parte 1 e parte 2 (SAD/SADH) – Consuntivo 2025</w:t>
      </w:r>
    </w:p>
    <w:p w14:paraId="6FED5429" w14:textId="77777777" w:rsidR="00A857EC" w:rsidRPr="00A857EC" w:rsidRDefault="00A857EC" w:rsidP="00A857EC">
      <w:pPr>
        <w:spacing w:after="40" w:line="276" w:lineRule="auto"/>
        <w:ind w:left="170" w:hanging="170"/>
        <w:rPr>
          <w:sz w:val="21"/>
          <w:szCs w:val="21"/>
          <w:lang w:val="it-IT"/>
        </w:rPr>
      </w:pPr>
    </w:p>
    <w:p w14:paraId="05FA2776" w14:textId="77777777" w:rsidR="00F46826" w:rsidRPr="00A857EC" w:rsidRDefault="00BE73FC" w:rsidP="00A857EC">
      <w:pPr>
        <w:spacing w:before="80" w:line="276" w:lineRule="auto"/>
        <w:jc w:val="both"/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>2) Copia della CPE o dell’autorizzazione al funzionamento dell’unità di offerta sociale, ove prevista;</w:t>
      </w:r>
    </w:p>
    <w:p w14:paraId="68C887B9" w14:textId="77777777" w:rsidR="00F46826" w:rsidRPr="00A857EC" w:rsidRDefault="00BE73FC" w:rsidP="00A857EC">
      <w:pPr>
        <w:spacing w:line="276" w:lineRule="auto"/>
        <w:jc w:val="both"/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>3) Copia di un documento di identità in corso di validità del Legale Rappresentante;</w:t>
      </w:r>
    </w:p>
    <w:p w14:paraId="700BA456" w14:textId="77777777" w:rsidR="00F46826" w:rsidRPr="00A857EC" w:rsidRDefault="00BE73FC" w:rsidP="00A857EC">
      <w:pPr>
        <w:spacing w:line="276" w:lineRule="auto"/>
        <w:jc w:val="both"/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>4) Per le unità di offerta residenziali per minori: dichiarazione del Legale Rappresentante attestante l’inserimento completo e nei termini indicati da Regione Lombardia dei dati relativi ai minori accolti nell’anno 2025 nel gestionale regionale “Minori in Comunità” (Minori Web);</w:t>
      </w:r>
    </w:p>
    <w:p w14:paraId="09AC792C" w14:textId="77777777" w:rsidR="00F46826" w:rsidRPr="00A857EC" w:rsidRDefault="00BE73FC" w:rsidP="00A857EC">
      <w:pPr>
        <w:spacing w:line="276" w:lineRule="auto"/>
        <w:jc w:val="both"/>
        <w:rPr>
          <w:sz w:val="21"/>
          <w:szCs w:val="21"/>
          <w:lang w:val="it-IT"/>
        </w:rPr>
      </w:pPr>
      <w:r w:rsidRPr="00A857EC">
        <w:rPr>
          <w:b/>
          <w:sz w:val="21"/>
          <w:szCs w:val="21"/>
          <w:lang w:val="it-IT"/>
        </w:rPr>
        <w:t>5) Per il Centro Ricreativo Diurno per Minori (CRDM): progetto educativo.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F46826" w:rsidRPr="00A857EC" w14:paraId="373AA946" w14:textId="77777777">
        <w:trPr>
          <w:jc w:val="center"/>
        </w:trPr>
        <w:tc>
          <w:tcPr>
            <w:tcW w:w="48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B13F43" w14:textId="77777777" w:rsidR="00F46826" w:rsidRPr="00A857EC" w:rsidRDefault="00BE73FC">
            <w:pPr>
              <w:jc w:val="center"/>
              <w:rPr>
                <w:sz w:val="21"/>
                <w:szCs w:val="21"/>
              </w:rPr>
            </w:pPr>
            <w:r w:rsidRPr="00A857EC">
              <w:rPr>
                <w:sz w:val="21"/>
                <w:szCs w:val="21"/>
              </w:rPr>
              <w:t>Luogo e data</w:t>
            </w:r>
          </w:p>
        </w:tc>
        <w:tc>
          <w:tcPr>
            <w:tcW w:w="48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D4C29D" w14:textId="77777777" w:rsidR="00F46826" w:rsidRPr="00A857EC" w:rsidRDefault="00BE73FC">
            <w:pPr>
              <w:jc w:val="center"/>
              <w:rPr>
                <w:sz w:val="21"/>
                <w:szCs w:val="21"/>
              </w:rPr>
            </w:pPr>
            <w:r w:rsidRPr="00A857EC">
              <w:rPr>
                <w:sz w:val="21"/>
                <w:szCs w:val="21"/>
              </w:rPr>
              <w:t>IL LEGALE RAPPRESENTANTE</w:t>
            </w:r>
          </w:p>
        </w:tc>
      </w:tr>
      <w:tr w:rsidR="00F46826" w:rsidRPr="00A857EC" w14:paraId="480D940A" w14:textId="77777777">
        <w:trPr>
          <w:jc w:val="center"/>
        </w:trPr>
        <w:tc>
          <w:tcPr>
            <w:tcW w:w="48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7CAAA9" w14:textId="77777777" w:rsidR="00F46826" w:rsidRPr="00A857EC" w:rsidRDefault="00BE73FC">
            <w:pPr>
              <w:jc w:val="center"/>
              <w:rPr>
                <w:sz w:val="21"/>
                <w:szCs w:val="21"/>
              </w:rPr>
            </w:pPr>
            <w:r w:rsidRPr="00A857EC">
              <w:rPr>
                <w:sz w:val="21"/>
                <w:szCs w:val="21"/>
              </w:rPr>
              <w:t>____________________________</w:t>
            </w:r>
          </w:p>
        </w:tc>
        <w:tc>
          <w:tcPr>
            <w:tcW w:w="48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AC0A22" w14:textId="77777777" w:rsidR="00F46826" w:rsidRPr="00A857EC" w:rsidRDefault="00BE73FC">
            <w:pPr>
              <w:jc w:val="center"/>
              <w:rPr>
                <w:sz w:val="21"/>
                <w:szCs w:val="21"/>
              </w:rPr>
            </w:pPr>
            <w:r w:rsidRPr="00A857EC">
              <w:rPr>
                <w:sz w:val="21"/>
                <w:szCs w:val="21"/>
              </w:rPr>
              <w:br/>
              <w:t>____________________________</w:t>
            </w:r>
            <w:r w:rsidRPr="00A857EC">
              <w:rPr>
                <w:sz w:val="21"/>
                <w:szCs w:val="21"/>
              </w:rPr>
              <w:br/>
              <w:t>(timbro e firma)</w:t>
            </w:r>
          </w:p>
        </w:tc>
      </w:tr>
    </w:tbl>
    <w:p w14:paraId="4BF52DBB" w14:textId="77777777" w:rsidR="00BE73FC" w:rsidRPr="00A857EC" w:rsidRDefault="00BE73FC">
      <w:pPr>
        <w:rPr>
          <w:sz w:val="21"/>
          <w:szCs w:val="21"/>
        </w:rPr>
      </w:pPr>
    </w:p>
    <w:sectPr w:rsidR="00BE73FC" w:rsidRPr="00A857EC" w:rsidSect="00034616">
      <w:footerReference w:type="default" r:id="rId8"/>
      <w:pgSz w:w="12240" w:h="15840"/>
      <w:pgMar w:top="1020" w:right="1247" w:bottom="737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F51B5" w14:textId="77777777" w:rsidR="00503A2C" w:rsidRDefault="00503A2C">
      <w:pPr>
        <w:spacing w:after="0"/>
      </w:pPr>
      <w:r>
        <w:separator/>
      </w:r>
    </w:p>
  </w:endnote>
  <w:endnote w:type="continuationSeparator" w:id="0">
    <w:p w14:paraId="175C4FD1" w14:textId="77777777" w:rsidR="00503A2C" w:rsidRDefault="00503A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4AECC" w14:textId="77777777" w:rsidR="00F46826" w:rsidRPr="00A857EC" w:rsidRDefault="00BE73FC">
    <w:pPr>
      <w:pStyle w:val="Pidipagina"/>
      <w:jc w:val="center"/>
      <w:rPr>
        <w:lang w:val="it-IT"/>
      </w:rPr>
    </w:pPr>
    <w:r w:rsidRPr="00A857EC">
      <w:rPr>
        <w:sz w:val="16"/>
        <w:lang w:val="it-IT"/>
      </w:rPr>
      <w:t>Allegato 1 – Istanza di contributo FSR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FF5C6" w14:textId="77777777" w:rsidR="00503A2C" w:rsidRDefault="00503A2C">
      <w:pPr>
        <w:spacing w:after="0"/>
      </w:pPr>
      <w:r>
        <w:separator/>
      </w:r>
    </w:p>
  </w:footnote>
  <w:footnote w:type="continuationSeparator" w:id="0">
    <w:p w14:paraId="3CFEEA65" w14:textId="77777777" w:rsidR="00503A2C" w:rsidRDefault="00503A2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6779972">
    <w:abstractNumId w:val="8"/>
  </w:num>
  <w:num w:numId="2" w16cid:durableId="1152529876">
    <w:abstractNumId w:val="6"/>
  </w:num>
  <w:num w:numId="3" w16cid:durableId="627005806">
    <w:abstractNumId w:val="5"/>
  </w:num>
  <w:num w:numId="4" w16cid:durableId="1912538891">
    <w:abstractNumId w:val="4"/>
  </w:num>
  <w:num w:numId="5" w16cid:durableId="71005347">
    <w:abstractNumId w:val="7"/>
  </w:num>
  <w:num w:numId="6" w16cid:durableId="2010255339">
    <w:abstractNumId w:val="3"/>
  </w:num>
  <w:num w:numId="7" w16cid:durableId="545412924">
    <w:abstractNumId w:val="2"/>
  </w:num>
  <w:num w:numId="8" w16cid:durableId="1102265002">
    <w:abstractNumId w:val="1"/>
  </w:num>
  <w:num w:numId="9" w16cid:durableId="745690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07083"/>
    <w:rsid w:val="00326F90"/>
    <w:rsid w:val="003B14D4"/>
    <w:rsid w:val="00503A2C"/>
    <w:rsid w:val="00A857EC"/>
    <w:rsid w:val="00AA1D8D"/>
    <w:rsid w:val="00B47730"/>
    <w:rsid w:val="00BE73FC"/>
    <w:rsid w:val="00CB0664"/>
    <w:rsid w:val="00F4682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CC510"/>
  <w14:defaultImageDpi w14:val="300"/>
  <w15:docId w15:val="{6F91BD40-8C99-4243-821A-0E55E9981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Solidalia asc</cp:lastModifiedBy>
  <cp:revision>3</cp:revision>
  <dcterms:created xsi:type="dcterms:W3CDTF">2013-12-23T23:15:00Z</dcterms:created>
  <dcterms:modified xsi:type="dcterms:W3CDTF">2026-08-31T10:10:00Z</dcterms:modified>
  <cp:category/>
</cp:coreProperties>
</file>